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rFonts w:ascii="方正小标宋简体" w:hAnsi="方正小标宋简体" w:eastAsia="黑体"/>
          <w:b/>
          <w:sz w:val="32"/>
        </w:rPr>
        <w:t>河南省高校科技管理云服务平台个人账号申请信息表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trHeight w:val="465"/>
          <w:cantSplit/>
        </w:trPr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宋体" w:hAnsi="宋体" w:eastAsia="宋体"/>
                <w:b/>
                <w:sz w:val="21"/>
              </w:rPr>
              <w:t>姓名*</w:t>
            </w:r>
          </w:p>
        </w:tc>
        <w:tc>
          <w:tcPr>
            <w:tcW w:type="dxa" w:w="345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宋体" w:hAnsi="宋体" w:eastAsia="宋体"/>
                <w:b/>
                <w:sz w:val="21"/>
              </w:rPr>
              <w:t>性别</w:t>
            </w:r>
          </w:p>
        </w:tc>
        <w:tc>
          <w:tcPr>
            <w:tcW w:type="dxa" w:w="300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宋体" w:hAnsi="宋体" w:eastAsia="宋体"/>
                <w:b w:val="0"/>
                <w:sz w:val="21"/>
              </w:rPr>
              <w:t>□ 男    □ 女</w:t>
            </w:r>
          </w:p>
        </w:tc>
      </w:tr>
      <w:tr>
        <w:trPr>
          <w:trHeight w:val="465"/>
          <w:cantSplit/>
        </w:trPr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宋体" w:hAnsi="宋体" w:eastAsia="宋体"/>
                <w:b/>
                <w:sz w:val="21"/>
              </w:rPr>
              <w:t>出生日期*</w:t>
            </w:r>
          </w:p>
        </w:tc>
        <w:tc>
          <w:tcPr>
            <w:tcW w:type="dxa" w:w="345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宋体" w:hAnsi="宋体" w:eastAsia="宋体"/>
                <w:b w:val="0"/>
                <w:sz w:val="21"/>
              </w:rPr>
              <w:t>____年____月____日</w:t>
            </w:r>
          </w:p>
        </w:tc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宋体" w:hAnsi="宋体" w:eastAsia="宋体"/>
                <w:b/>
                <w:sz w:val="21"/>
              </w:rPr>
              <w:t>职工号*</w:t>
            </w:r>
          </w:p>
        </w:tc>
        <w:tc>
          <w:tcPr>
            <w:tcW w:type="dxa" w:w="300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</w:tr>
      <w:tr>
        <w:trPr>
          <w:trHeight w:val="465"/>
          <w:cantSplit/>
        </w:trPr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宋体" w:hAnsi="宋体" w:eastAsia="宋体"/>
                <w:b/>
                <w:sz w:val="21"/>
              </w:rPr>
              <w:t>身份证号码*</w:t>
            </w:r>
          </w:p>
        </w:tc>
        <w:tc>
          <w:tcPr>
            <w:tcW w:type="dxa" w:w="8164"/>
            <w:gridSpan w:val="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</w:tr>
      <w:tr>
        <w:trPr>
          <w:trHeight w:val="465"/>
          <w:cantSplit/>
        </w:trPr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宋体" w:hAnsi="宋体" w:eastAsia="宋体"/>
                <w:b/>
                <w:sz w:val="21"/>
              </w:rPr>
              <w:t>常用电子邮箱*</w:t>
            </w:r>
          </w:p>
        </w:tc>
        <w:tc>
          <w:tcPr>
            <w:tcW w:type="dxa" w:w="8164"/>
            <w:gridSpan w:val="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</w:tr>
      <w:tr>
        <w:trPr>
          <w:trHeight w:val="465"/>
          <w:cantSplit/>
        </w:trPr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宋体" w:hAnsi="宋体" w:eastAsia="宋体"/>
                <w:b/>
                <w:sz w:val="21"/>
              </w:rPr>
              <w:t>手机号码</w:t>
            </w:r>
          </w:p>
        </w:tc>
        <w:tc>
          <w:tcPr>
            <w:tcW w:type="dxa" w:w="345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宋体" w:hAnsi="宋体" w:eastAsia="宋体"/>
                <w:b/>
                <w:sz w:val="21"/>
              </w:rPr>
              <w:t>所在单位（部门）</w:t>
            </w:r>
          </w:p>
        </w:tc>
        <w:tc>
          <w:tcPr>
            <w:tcW w:type="dxa" w:w="300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</w:tr>
      <w:tr>
        <w:trPr>
          <w:trHeight w:val="465"/>
          <w:cantSplit/>
        </w:trPr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宋体" w:hAnsi="宋体" w:eastAsia="宋体"/>
                <w:b/>
                <w:sz w:val="21"/>
              </w:rPr>
              <w:t>专业技术职务</w:t>
            </w:r>
          </w:p>
        </w:tc>
        <w:tc>
          <w:tcPr>
            <w:tcW w:type="dxa" w:w="345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宋体" w:hAnsi="宋体" w:eastAsia="宋体"/>
                <w:b/>
                <w:sz w:val="21"/>
              </w:rPr>
              <w:t>最高学历</w:t>
            </w:r>
          </w:p>
        </w:tc>
        <w:tc>
          <w:tcPr>
            <w:tcW w:type="dxa" w:w="300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</w:tr>
      <w:tr>
        <w:trPr>
          <w:trHeight w:val="465"/>
          <w:cantSplit/>
        </w:trPr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宋体" w:hAnsi="宋体" w:eastAsia="宋体"/>
                <w:b/>
                <w:sz w:val="21"/>
              </w:rPr>
              <w:t>最高学位</w:t>
            </w:r>
          </w:p>
        </w:tc>
        <w:tc>
          <w:tcPr>
            <w:tcW w:type="dxa" w:w="345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宋体" w:hAnsi="宋体" w:eastAsia="宋体"/>
                <w:b/>
                <w:sz w:val="21"/>
              </w:rPr>
              <w:t>英文名</w:t>
            </w:r>
          </w:p>
        </w:tc>
        <w:tc>
          <w:tcPr>
            <w:tcW w:type="dxa" w:w="300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</w:tr>
      <w:tr>
        <w:trPr>
          <w:trHeight w:val="465"/>
          <w:cantSplit/>
        </w:trPr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宋体" w:hAnsi="宋体" w:eastAsia="宋体"/>
                <w:b/>
                <w:sz w:val="21"/>
              </w:rPr>
              <w:t>一级学科</w:t>
            </w:r>
          </w:p>
        </w:tc>
        <w:tc>
          <w:tcPr>
            <w:tcW w:type="dxa" w:w="345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宋体" w:hAnsi="宋体" w:eastAsia="宋体"/>
                <w:b/>
                <w:sz w:val="21"/>
              </w:rPr>
              <w:t>二级学科</w:t>
            </w:r>
          </w:p>
        </w:tc>
        <w:tc>
          <w:tcPr>
            <w:tcW w:type="dxa" w:w="300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</w:tr>
      <w:tr>
        <w:trPr>
          <w:trHeight w:val="465"/>
          <w:cantSplit/>
        </w:trPr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宋体" w:hAnsi="宋体" w:eastAsia="宋体"/>
                <w:b/>
                <w:sz w:val="21"/>
              </w:rPr>
              <w:t>三级学科</w:t>
            </w:r>
          </w:p>
        </w:tc>
        <w:tc>
          <w:tcPr>
            <w:tcW w:type="dxa" w:w="345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宋体" w:hAnsi="宋体" w:eastAsia="宋体"/>
                <w:b/>
                <w:sz w:val="21"/>
              </w:rPr>
              <w:t>拟申报领域</w:t>
            </w:r>
          </w:p>
        </w:tc>
        <w:tc>
          <w:tcPr>
            <w:tcW w:type="dxa" w:w="300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</w:tr>
      <w:tr>
        <w:trPr>
          <w:trHeight w:val="765"/>
          <w:cantSplit/>
        </w:trPr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宋体" w:hAnsi="宋体" w:eastAsia="宋体"/>
                <w:b/>
                <w:sz w:val="21"/>
              </w:rPr>
              <w:t>研究方向</w:t>
            </w:r>
          </w:p>
        </w:tc>
        <w:tc>
          <w:tcPr>
            <w:tcW w:type="dxa" w:w="8164"/>
            <w:gridSpan w:val="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宋体" w:hAnsi="宋体" w:eastAsia="宋体"/>
                <w:b w:val="0"/>
                <w:sz w:val="21"/>
              </w:rPr>
              <w:br/>
            </w:r>
          </w:p>
        </w:tc>
      </w:tr>
      <w:tr>
        <w:trPr>
          <w:trHeight w:val="539"/>
          <w:cantSplit/>
        </w:trPr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宋体" w:hAnsi="宋体" w:eastAsia="宋体"/>
                <w:b/>
                <w:sz w:val="21"/>
              </w:rPr>
              <w:t>拟申报类别</w:t>
            </w:r>
          </w:p>
        </w:tc>
        <w:tc>
          <w:tcPr>
            <w:tcW w:type="dxa" w:w="8164"/>
            <w:gridSpan w:val="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宋体" w:hAnsi="宋体" w:eastAsia="宋体"/>
                <w:b w:val="0"/>
                <w:sz w:val="21"/>
              </w:rPr>
              <w:t>□ 基础研究    □ 应用研究    □ 软科学    □ 技术服务和转移</w:t>
            </w:r>
          </w:p>
        </w:tc>
      </w:tr>
      <w:tr>
        <w:trPr>
          <w:trHeight w:val="652"/>
          <w:cantSplit/>
        </w:trPr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宋体" w:hAnsi="宋体" w:eastAsia="宋体"/>
                <w:b/>
                <w:sz w:val="21"/>
              </w:rPr>
              <w:t>备注</w:t>
            </w:r>
          </w:p>
        </w:tc>
        <w:tc>
          <w:tcPr>
            <w:tcW w:type="dxa" w:w="8164"/>
            <w:gridSpan w:val="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宋体" w:hAnsi="宋体" w:eastAsia="宋体"/>
                <w:b w:val="0"/>
                <w:sz w:val="21"/>
              </w:rPr>
              <w:br/>
            </w:r>
          </w:p>
        </w:tc>
      </w:tr>
      <w:tr>
        <w:trPr>
          <w:trHeight w:val="935"/>
          <w:cantSplit/>
        </w:trPr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宋体" w:hAnsi="宋体" w:eastAsia="宋体"/>
                <w:b/>
                <w:sz w:val="21"/>
              </w:rPr>
              <w:t>本人确认</w:t>
            </w:r>
          </w:p>
        </w:tc>
        <w:tc>
          <w:tcPr>
            <w:tcW w:type="dxa" w:w="8164"/>
            <w:gridSpan w:val="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宋体" w:hAnsi="宋体" w:eastAsia="宋体"/>
                <w:b w:val="0"/>
                <w:sz w:val="21"/>
              </w:rPr>
              <w:t>本人确认以上信息真实、准确。</w:t>
              <w:br/>
              <w:br/>
              <w:t>申请人签字：__________________        日期：____年____月____日</w:t>
            </w:r>
          </w:p>
        </w:tc>
      </w:tr>
    </w:tbl>
    <w:p>
      <w:pPr>
        <w:spacing w:before="160" w:after="60"/>
      </w:pPr>
      <w:r>
        <w:rPr>
          <w:rFonts w:ascii="黑体" w:hAnsi="黑体" w:eastAsia="黑体"/>
          <w:b/>
          <w:sz w:val="21"/>
        </w:rPr>
        <w:t>填写说明：</w:t>
      </w:r>
    </w:p>
    <w:p>
      <w:pPr>
        <w:spacing w:before="0" w:after="20" w:line="252" w:lineRule="auto"/>
        <w:ind w:left="227" w:hanging="227"/>
      </w:pPr>
      <w:r>
        <w:rPr>
          <w:rFonts w:ascii="宋体" w:hAnsi="宋体" w:eastAsia="宋体"/>
          <w:b w:val="0"/>
          <w:sz w:val="19"/>
        </w:rPr>
        <w:t>1. 标注“*”的项目为云平台创建个人账号所需信息，请准确、完整填写。</w:t>
      </w:r>
    </w:p>
    <w:p>
      <w:pPr>
        <w:spacing w:before="0" w:after="20" w:line="252" w:lineRule="auto"/>
        <w:ind w:left="227" w:hanging="227"/>
      </w:pPr>
      <w:r>
        <w:rPr>
          <w:rFonts w:ascii="宋体" w:hAnsi="宋体" w:eastAsia="宋体"/>
          <w:b w:val="0"/>
          <w:sz w:val="19"/>
        </w:rPr>
        <w:t>2. 新增账号及初始密码由科技处统一设置，申请人无需填写；账号和初始密码将通过申请人所留邮箱一对一反馈。</w:t>
      </w:r>
    </w:p>
    <w:p>
      <w:pPr>
        <w:spacing w:before="0" w:after="20" w:line="252" w:lineRule="auto"/>
        <w:ind w:left="227" w:hanging="227"/>
      </w:pPr>
      <w:r>
        <w:rPr>
          <w:rFonts w:ascii="宋体" w:hAnsi="宋体" w:eastAsia="宋体"/>
          <w:b w:val="0"/>
          <w:sz w:val="19"/>
        </w:rPr>
        <w:t>3. 如系统在创建过程中提示人员信息已存在或无法正常创建，科技处将另行联系申请人核实并协调处理。</w:t>
      </w:r>
    </w:p>
    <w:p>
      <w:pPr>
        <w:spacing w:before="0" w:after="20" w:line="252" w:lineRule="auto"/>
        <w:ind w:left="227" w:hanging="227"/>
      </w:pPr>
      <w:r>
        <w:rPr>
          <w:rFonts w:ascii="宋体" w:hAnsi="宋体" w:eastAsia="宋体"/>
          <w:b w:val="0"/>
          <w:sz w:val="19"/>
        </w:rPr>
        <w:t>4. 本表请以Word格式发送至 hngykjc2026@163.com，邮件主题为“创新人才账号申请+所在单位（部门）+姓名”。</w:t>
      </w:r>
    </w:p>
    <w:p>
      <w:pPr>
        <w:spacing w:before="0" w:after="20" w:line="252" w:lineRule="auto"/>
        <w:ind w:left="227" w:hanging="227"/>
      </w:pPr>
      <w:r>
        <w:rPr>
          <w:rFonts w:ascii="宋体" w:hAnsi="宋体" w:eastAsia="宋体"/>
          <w:b w:val="0"/>
          <w:sz w:val="19"/>
        </w:rPr>
        <w:t>5. 本表含个人身份信息，仅用于云平台账号创建、核验及本次申报，请勿在公开群聊中发送。</w:t>
      </w:r>
    </w:p>
    <w:p>
      <w:pPr>
        <w:spacing w:before="80"/>
        <w:jc w:val="right"/>
      </w:pPr>
      <w:r>
        <w:rPr>
          <w:rFonts w:ascii="宋体" w:hAnsi="宋体" w:eastAsia="宋体"/>
          <w:b w:val="0"/>
          <w:sz w:val="19"/>
        </w:rPr>
        <w:t>河南国医学院科技处</w:t>
      </w:r>
    </w:p>
    <w:sectPr w:rsidR="00FC693F" w:rsidRPr="0006063C" w:rsidSect="00034616">
      <w:pgSz w:w="11906" w:h="16838"/>
      <w:pgMar w:top="964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河南省高校科技管理云服务平台个人账号申请信息表</dc:title>
  <dc:subject>2027年度河南省高校科技创新人才支持计划个人账号申请</dc:subject>
  <dc:creator>河南国医学院科技处</dc:creator>
  <cp:keywords>云平台,个人账号,创新人才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